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  <w:widowControl/>
      </w:pPr>
      <w:r>
        <w:t>Всеволод Морозов</w:t>
      </w:r>
    </w:p>
    <w:p>
      <w:pPr>
        <w:pStyle w:val="Subtitle"/>
        <w:widowControl/>
      </w:pPr>
      <w:r>
        <w:t>Разработчик мобильных приложений</w:t>
      </w:r>
    </w:p>
    <w:p>
      <w:pPr>
        <w:widowControl/>
      </w:pPr>
      <w:r>
        <w:rPr>
          <w:color w:val="555555"/>
          <w:sz w:val="18"/>
        </w:rPr>
        <w:t>React Native · AI-assisted development</w:t>
      </w:r>
    </w:p>
    <w:p>
      <w:hyperlink r:id="rId9">
        <w:r>
          <w:rPr>
            <w:rFonts w:ascii="Arial" w:hAnsi="Arial"/>
            <w:color w:val="252525"/>
            <w:sz w:val="20"/>
          </w:rPr>
          <w:t>morozow1111@gmail.com</w:t>
        </w:r>
      </w:hyperlink>
    </w:p>
    <w:p>
      <w:pPr>
        <w:widowControl/>
      </w:pPr>
      <w:r>
        <w:t>Коммерческий опыт разработки мобильных приложений для iOS и Android в небольшой продуктовой команде. В портфолио 33 опубликованных приложения в App Store. Интересуют удалённые роли в мобильной разработке, работе с AI-инструментами и быстром прототипировании.</w:t>
      </w:r>
    </w:p>
    <w:p>
      <w:pPr>
        <w:pStyle w:val="Heading1"/>
        <w:widowControl/>
      </w:pPr>
      <w:r>
        <w:t>Опыт работы</w:t>
      </w:r>
    </w:p>
    <w:p>
      <w:pPr>
        <w:pStyle w:val="Heading2"/>
        <w:widowControl/>
      </w:pPr>
      <w:r>
        <w:t>Проектная разработка / небольшая продуктовая команда</w:t>
      </w:r>
    </w:p>
    <w:p>
      <w:pPr>
        <w:widowControl/>
      </w:pPr>
      <w:r>
        <w:rPr>
          <w:color w:val="555555"/>
          <w:sz w:val="18"/>
        </w:rPr>
        <w:t>Разработчик мобильных приложений (AI-assisted) · 08.2025 - 08.2026</w:t>
      </w:r>
    </w:p>
    <w:p>
      <w:pPr>
        <w:widowControl/>
        <w:spacing w:after="60"/>
        <w:ind w:left="160" w:hanging="160"/>
      </w:pPr>
      <w:r>
        <w:t>• Участвовал в разработке подписочных приложений на React Native для iOS и Android.</w:t>
      </w:r>
    </w:p>
    <w:p>
      <w:pPr>
        <w:widowControl/>
        <w:spacing w:after="60"/>
        <w:ind w:left="160" w:hanging="160"/>
      </w:pPr>
      <w:r>
        <w:t>• Работал над интерфейсами, логикой и исправлениями итеративно с Cursor, Claude Code и Codex.</w:t>
      </w:r>
    </w:p>
    <w:p>
      <w:pPr>
        <w:widowControl/>
        <w:spacing w:after="60"/>
        <w:ind w:left="160" w:hanging="160"/>
      </w:pPr>
      <w:r>
        <w:t>• Для десятков приложений полностью готовил App Store-листинги: иконки, скриншоты, метаданные и обязательные поля в App Store Connect.</w:t>
      </w:r>
    </w:p>
    <w:p>
      <w:pPr>
        <w:widowControl/>
        <w:spacing w:after="60"/>
        <w:ind w:left="160" w:hanging="160"/>
      </w:pPr>
      <w:r>
        <w:t>• Сопровождал публикацию и App Review: разбирал причины отказов, исправлял код и карточки приложений до успешного прохождения ревью.</w:t>
      </w:r>
    </w:p>
    <w:p>
      <w:pPr>
        <w:widowControl/>
        <w:spacing w:after="60"/>
        <w:ind w:left="160" w:hanging="160"/>
      </w:pPr>
      <w:r>
        <w:t>• Использовал Git для контроля изменений; проверял результат на симуляторах и физических устройствах, запускал и отлаживал приложения на Android.</w:t>
      </w:r>
    </w:p>
    <w:p>
      <w:pPr>
        <w:pStyle w:val="Heading2"/>
        <w:widowControl/>
      </w:pPr>
      <w:r>
        <w:t>Доктор Линз Консалтинг</w:t>
      </w:r>
    </w:p>
    <w:p>
      <w:pPr>
        <w:widowControl/>
      </w:pPr>
      <w:r>
        <w:rPr>
          <w:color w:val="555555"/>
          <w:sz w:val="18"/>
        </w:rPr>
        <w:t>Менеджер-логист · 09.2024 - 08.2025</w:t>
      </w:r>
    </w:p>
    <w:p>
      <w:pPr>
        <w:widowControl/>
        <w:spacing w:after="60"/>
        <w:ind w:left="160" w:hanging="160"/>
      </w:pPr>
      <w:r>
        <w:t>• Работал с документами и операциями в 1С, уточнял данные с партнёрами.</w:t>
      </w:r>
    </w:p>
    <w:p>
      <w:pPr>
        <w:widowControl/>
        <w:spacing w:after="60"/>
        <w:ind w:left="160" w:hanging="160"/>
      </w:pPr>
      <w:r>
        <w:t>• Принимал заказы от партнёров и производства, проводил инвентаризацию и организовывал курьерские отправки.</w:t>
      </w:r>
    </w:p>
    <w:p>
      <w:pPr>
        <w:pStyle w:val="Heading1"/>
        <w:widowControl/>
      </w:pPr>
      <w:r>
        <w:t>Навыки и инструменты</w:t>
      </w:r>
    </w:p>
    <w:p>
      <w:pPr>
        <w:widowControl/>
      </w:pPr>
      <w:r>
        <w:t>React Native, Git, AI-assisted разработка, мобильные симуляторы, отладка на Android, App Store Connect, подготовка листингов, App Review.</w:t>
      </w:r>
    </w:p>
    <w:p>
      <w:pPr>
        <w:widowControl/>
      </w:pPr>
      <w:r>
        <w:rPr>
          <w:color w:val="555555"/>
          <w:sz w:val="18"/>
        </w:rPr>
        <w:t>Cursor (08.2025 - 10.2025) · Claude Code (с 10.2025) · OpenAI Codex (с 04.2026)</w:t>
      </w:r>
    </w:p>
    <w:p>
      <w:pPr>
        <w:pStyle w:val="Heading1"/>
        <w:widowControl/>
      </w:pPr>
      <w:r>
        <w:t>Образование</w:t>
      </w:r>
    </w:p>
    <w:p>
      <w:pPr>
        <w:widowControl/>
      </w:pPr>
      <w:r>
        <w:rPr>
          <w:b/>
        </w:rPr>
        <w:t>МГТУ им. Н. Э. Баумана · 2023</w:t>
      </w:r>
    </w:p>
    <w:p>
      <w:pPr>
        <w:widowControl/>
      </w:pPr>
      <w:r>
        <w:t>Бакалавр, Инноватика. Профиль «Управление инновациями в наукоёмких производствах». Инженерный бизнес и менеджмент, промышленная логистика.</w:t>
      </w:r>
    </w:p>
    <w:p>
      <w:pPr>
        <w:widowControl/>
      </w:pPr>
      <w:r>
        <w:rPr>
          <w:color w:val="555555"/>
          <w:sz w:val="18"/>
        </w:rPr>
        <w:t>Базовые знания: SQL, Visual Basic, LaTeX, ARIS, IDEF.</w:t>
      </w:r>
    </w:p>
    <w:p>
      <w:pPr>
        <w:pStyle w:val="Heading1"/>
        <w:widowControl/>
      </w:pPr>
      <w:r>
        <w:t>Языки</w:t>
      </w:r>
    </w:p>
    <w:p>
      <w:pPr>
        <w:widowControl/>
      </w:pPr>
      <w:r>
        <w:t>Русский - родной · Английский - B2</w:t>
      </w:r>
    </w:p>
    <w:p>
      <w:r>
        <w:br w:type="page"/>
      </w:r>
    </w:p>
    <w:p>
      <w:pPr>
        <w:pStyle w:val="Title"/>
        <w:widowControl/>
      </w:pPr>
      <w:r>
        <w:t>Портфолио приложений</w:t>
      </w:r>
    </w:p>
    <w:p>
      <w:pPr>
        <w:widowControl/>
      </w:pPr>
      <w:r>
        <w:t>33 опубликованных приложения в App Store из командного портфолио.</w:t>
      </w:r>
    </w:p>
    <w:p>
      <w:pPr>
        <w:widowControl/>
      </w:pPr>
      <w:r>
        <w:rPr>
          <w:color w:val="555555"/>
          <w:sz w:val="18"/>
        </w:rPr>
        <w:t>Названия приложений открывают соответствующую страницу в App Store.</w:t>
      </w:r>
    </w:p>
    <w:p>
      <w:pPr>
        <w:sectPr>
          <w:pgSz w:w="11906" w:h="16838"/>
          <w:pgMar w:top="794" w:right="907" w:bottom="794" w:left="907" w:header="720" w:footer="720" w:gutter="0"/>
          <w:cols w:space="720"/>
          <w:docGrid w:linePitch="360"/>
        </w:sectPr>
      </w:pPr>
    </w:p>
    <w:p>
      <w:pPr>
        <w:pStyle w:val="Heading1"/>
        <w:widowControl/>
      </w:pPr>
      <w:r>
        <w:t>Геосервисы и мониторинг</w:t>
      </w:r>
    </w:p>
    <w:p>
      <w:pPr>
        <w:keepNext/>
        <w:spacing w:after="20"/>
      </w:pPr>
      <w:hyperlink r:id="rId10">
        <w:r>
          <w:rPr>
            <w:rFonts w:ascii="Arial" w:hAnsi="Arial"/>
            <w:color w:val="252525"/>
            <w:sz w:val="19"/>
          </w:rPr>
          <w:t>NOAA Weather Radar · Alerts Live</w:t>
        </w:r>
      </w:hyperlink>
    </w:p>
    <w:p>
      <w:pPr>
        <w:widowControl/>
        <w:spacing w:after="120"/>
      </w:pPr>
      <w:r>
        <w:rPr>
          <w:color w:val="555555"/>
          <w:sz w:val="16"/>
        </w:rPr>
        <w:t>App Store · id6789583441</w:t>
      </w:r>
    </w:p>
    <w:p>
      <w:pPr>
        <w:keepNext/>
        <w:spacing w:after="20"/>
      </w:pPr>
      <w:hyperlink r:id="rId11">
        <w:r>
          <w:rPr>
            <w:rFonts w:ascii="Arial" w:hAnsi="Arial"/>
            <w:color w:val="252525"/>
            <w:sz w:val="19"/>
          </w:rPr>
          <w:t>My Altitude - Altimeter GPS App</w:t>
        </w:r>
      </w:hyperlink>
    </w:p>
    <w:p>
      <w:pPr>
        <w:widowControl/>
        <w:spacing w:after="120"/>
      </w:pPr>
      <w:r>
        <w:rPr>
          <w:color w:val="555555"/>
          <w:sz w:val="16"/>
        </w:rPr>
        <w:t>App Store · id6790421091</w:t>
      </w:r>
    </w:p>
    <w:p>
      <w:pPr>
        <w:keepNext/>
        <w:spacing w:after="20"/>
      </w:pPr>
      <w:hyperlink r:id="rId12">
        <w:r>
          <w:rPr>
            <w:rFonts w:ascii="Arial" w:hAnsi="Arial"/>
            <w:color w:val="252525"/>
            <w:sz w:val="19"/>
          </w:rPr>
          <w:t>Speedometer GPS · Tracker</w:t>
        </w:r>
      </w:hyperlink>
    </w:p>
    <w:p>
      <w:pPr>
        <w:widowControl/>
        <w:spacing w:after="120"/>
      </w:pPr>
      <w:r>
        <w:rPr>
          <w:color w:val="555555"/>
          <w:sz w:val="16"/>
        </w:rPr>
        <w:t>App Store · id6790817841</w:t>
      </w:r>
    </w:p>
    <w:p>
      <w:pPr>
        <w:keepNext/>
        <w:spacing w:after="20"/>
      </w:pPr>
      <w:hyperlink r:id="rId13">
        <w:r>
          <w:rPr>
            <w:rFonts w:ascii="Arial" w:hAnsi="Arial"/>
            <w:color w:val="252525"/>
            <w:sz w:val="19"/>
          </w:rPr>
          <w:t>Aurora Tracker - Northern Lights</w:t>
        </w:r>
      </w:hyperlink>
    </w:p>
    <w:p>
      <w:pPr>
        <w:widowControl/>
        <w:spacing w:after="120"/>
      </w:pPr>
      <w:r>
        <w:rPr>
          <w:color w:val="555555"/>
          <w:sz w:val="16"/>
        </w:rPr>
        <w:t>App Store · id6773669658</w:t>
      </w:r>
    </w:p>
    <w:p>
      <w:pPr>
        <w:keepNext/>
        <w:spacing w:after="20"/>
      </w:pPr>
      <w:hyperlink r:id="rId14">
        <w:r>
          <w:rPr>
            <w:rFonts w:ascii="Arial" w:hAnsi="Arial"/>
            <w:color w:val="252525"/>
            <w:sz w:val="19"/>
          </w:rPr>
          <w:t>Gas+ Find &amp; Pay for Gas Cheap</w:t>
        </w:r>
      </w:hyperlink>
    </w:p>
    <w:p>
      <w:pPr>
        <w:widowControl/>
        <w:spacing w:after="120"/>
      </w:pPr>
      <w:r>
        <w:rPr>
          <w:color w:val="555555"/>
          <w:sz w:val="16"/>
        </w:rPr>
        <w:t>App Store · id6759975301</w:t>
      </w:r>
    </w:p>
    <w:p>
      <w:pPr>
        <w:keepNext/>
        <w:spacing w:after="20"/>
      </w:pPr>
      <w:hyperlink r:id="rId15">
        <w:r>
          <w:rPr>
            <w:rFonts w:ascii="Arial" w:hAnsi="Arial"/>
            <w:color w:val="252525"/>
            <w:sz w:val="19"/>
          </w:rPr>
          <w:t>EV+ Find a Fast EV Charger</w:t>
        </w:r>
      </w:hyperlink>
    </w:p>
    <w:p>
      <w:pPr>
        <w:widowControl/>
        <w:spacing w:after="120"/>
      </w:pPr>
      <w:r>
        <w:rPr>
          <w:color w:val="555555"/>
          <w:sz w:val="16"/>
        </w:rPr>
        <w:t>App Store · id6759973978</w:t>
      </w:r>
    </w:p>
    <w:p>
      <w:pPr>
        <w:keepNext/>
        <w:spacing w:after="20"/>
      </w:pPr>
      <w:hyperlink r:id="rId16">
        <w:r>
          <w:rPr>
            <w:rFonts w:ascii="Arial" w:hAnsi="Arial"/>
            <w:color w:val="252525"/>
            <w:sz w:val="19"/>
          </w:rPr>
          <w:t>Earthquake Tracker Alert App</w:t>
        </w:r>
      </w:hyperlink>
    </w:p>
    <w:p>
      <w:pPr>
        <w:widowControl/>
        <w:spacing w:after="120"/>
      </w:pPr>
      <w:r>
        <w:rPr>
          <w:color w:val="555555"/>
          <w:sz w:val="16"/>
        </w:rPr>
        <w:t>App Store · id6751541539</w:t>
      </w:r>
    </w:p>
    <w:p>
      <w:pPr>
        <w:keepNext/>
        <w:spacing w:after="20"/>
      </w:pPr>
      <w:hyperlink r:id="rId17">
        <w:r>
          <w:rPr>
            <w:rFonts w:ascii="Arial" w:hAnsi="Arial"/>
            <w:color w:val="252525"/>
            <w:sz w:val="19"/>
          </w:rPr>
          <w:t>Cellular Tower - Finder Signal</w:t>
        </w:r>
      </w:hyperlink>
    </w:p>
    <w:p>
      <w:pPr>
        <w:widowControl/>
        <w:spacing w:after="120"/>
      </w:pPr>
      <w:r>
        <w:rPr>
          <w:color w:val="555555"/>
          <w:sz w:val="16"/>
        </w:rPr>
        <w:t>App Store · id6751584594</w:t>
      </w:r>
    </w:p>
    <w:p>
      <w:pPr>
        <w:keepNext/>
        <w:spacing w:after="20"/>
      </w:pPr>
      <w:hyperlink r:id="rId18">
        <w:r>
          <w:rPr>
            <w:rFonts w:ascii="Arial" w:hAnsi="Arial"/>
            <w:color w:val="252525"/>
            <w:sz w:val="19"/>
          </w:rPr>
          <w:t>Сrime Map - Offender Watch App</w:t>
        </w:r>
      </w:hyperlink>
    </w:p>
    <w:p>
      <w:pPr>
        <w:widowControl/>
        <w:spacing w:after="120"/>
      </w:pPr>
      <w:r>
        <w:rPr>
          <w:color w:val="555555"/>
          <w:sz w:val="16"/>
        </w:rPr>
        <w:t>App Store · id6751641710</w:t>
      </w:r>
    </w:p>
    <w:p>
      <w:pPr>
        <w:keepNext/>
        <w:spacing w:after="20"/>
      </w:pPr>
      <w:hyperlink r:id="rId19">
        <w:r>
          <w:rPr>
            <w:rFonts w:ascii="Arial" w:hAnsi="Arial"/>
            <w:color w:val="252525"/>
            <w:sz w:val="19"/>
          </w:rPr>
          <w:t>Wildfire App - Maps · Fire Tracker</w:t>
        </w:r>
      </w:hyperlink>
    </w:p>
    <w:p>
      <w:pPr>
        <w:widowControl/>
        <w:spacing w:after="120"/>
      </w:pPr>
      <w:r>
        <w:rPr>
          <w:color w:val="555555"/>
          <w:sz w:val="16"/>
        </w:rPr>
        <w:t>App Store · id6751657875</w:t>
      </w:r>
    </w:p>
    <w:p>
      <w:pPr>
        <w:keepNext/>
        <w:spacing w:after="20"/>
      </w:pPr>
      <w:hyperlink r:id="rId20">
        <w:r>
          <w:rPr>
            <w:rFonts w:ascii="Arial" w:hAnsi="Arial"/>
            <w:color w:val="252525"/>
            <w:sz w:val="19"/>
          </w:rPr>
          <w:t>Fishing Spots - Fish Finder App</w:t>
        </w:r>
      </w:hyperlink>
    </w:p>
    <w:p>
      <w:pPr>
        <w:widowControl/>
        <w:spacing w:after="120"/>
      </w:pPr>
      <w:r>
        <w:rPr>
          <w:color w:val="555555"/>
          <w:sz w:val="16"/>
        </w:rPr>
        <w:t>App Store · id6751749310</w:t>
      </w:r>
    </w:p>
    <w:p>
      <w:pPr>
        <w:keepNext/>
        <w:spacing w:after="20"/>
      </w:pPr>
      <w:hyperlink r:id="rId21">
        <w:r>
          <w:rPr>
            <w:rFonts w:ascii="Arial" w:hAnsi="Arial"/>
            <w:color w:val="252525"/>
            <w:sz w:val="19"/>
          </w:rPr>
          <w:t>Golf - GPS · Maps &amp; Tracker · Stats</w:t>
        </w:r>
      </w:hyperlink>
    </w:p>
    <w:p>
      <w:pPr>
        <w:widowControl/>
        <w:spacing w:after="120"/>
      </w:pPr>
      <w:r>
        <w:rPr>
          <w:color w:val="555555"/>
          <w:sz w:val="16"/>
        </w:rPr>
        <w:t>App Store · id6751752446</w:t>
      </w:r>
    </w:p>
    <w:p>
      <w:pPr>
        <w:keepNext/>
        <w:spacing w:after="20"/>
      </w:pPr>
      <w:hyperlink r:id="rId22">
        <w:r>
          <w:rPr>
            <w:rFonts w:ascii="Arial" w:hAnsi="Arial"/>
            <w:color w:val="252525"/>
            <w:sz w:val="19"/>
          </w:rPr>
          <w:t>Flight Tracker Pro - Live Plane</w:t>
        </w:r>
      </w:hyperlink>
    </w:p>
    <w:p>
      <w:pPr>
        <w:widowControl/>
        <w:spacing w:after="120"/>
      </w:pPr>
      <w:r>
        <w:rPr>
          <w:color w:val="555555"/>
          <w:sz w:val="16"/>
        </w:rPr>
        <w:t>App Store · id6752291335</w:t>
      </w:r>
    </w:p>
    <w:p>
      <w:pPr>
        <w:pStyle w:val="Heading1"/>
        <w:widowControl/>
      </w:pPr>
      <w:r>
        <w:t>AI и распознавание</w:t>
      </w:r>
    </w:p>
    <w:p>
      <w:pPr>
        <w:keepNext/>
        <w:spacing w:after="20"/>
      </w:pPr>
      <w:hyperlink r:id="rId23">
        <w:r>
          <w:rPr>
            <w:rFonts w:ascii="Arial" w:hAnsi="Arial"/>
            <w:color w:val="252525"/>
            <w:sz w:val="19"/>
          </w:rPr>
          <w:t>Dog Scanner - Breed Identifier</w:t>
        </w:r>
      </w:hyperlink>
    </w:p>
    <w:p>
      <w:pPr>
        <w:widowControl/>
        <w:spacing w:after="120"/>
      </w:pPr>
      <w:r>
        <w:rPr>
          <w:color w:val="555555"/>
          <w:sz w:val="16"/>
        </w:rPr>
        <w:t>App Store · id6774074244</w:t>
      </w:r>
    </w:p>
    <w:p>
      <w:pPr>
        <w:keepNext/>
        <w:spacing w:after="20"/>
      </w:pPr>
      <w:hyperlink r:id="rId24">
        <w:r>
          <w:rPr>
            <w:rFonts w:ascii="Arial" w:hAnsi="Arial"/>
            <w:color w:val="252525"/>
            <w:sz w:val="19"/>
          </w:rPr>
          <w:t>Math Solver Homework Problem</w:t>
        </w:r>
      </w:hyperlink>
    </w:p>
    <w:p>
      <w:pPr>
        <w:widowControl/>
        <w:spacing w:after="120"/>
      </w:pPr>
      <w:r>
        <w:rPr>
          <w:color w:val="555555"/>
          <w:sz w:val="16"/>
        </w:rPr>
        <w:t>App Store · id6755043344</w:t>
      </w:r>
    </w:p>
    <w:p>
      <w:pPr>
        <w:keepNext/>
        <w:spacing w:after="20"/>
      </w:pPr>
      <w:hyperlink r:id="rId25">
        <w:r>
          <w:rPr>
            <w:rFonts w:ascii="Arial" w:hAnsi="Arial"/>
            <w:color w:val="252525"/>
            <w:sz w:val="19"/>
          </w:rPr>
          <w:t>Fish Verify - Identifier, Finder</w:t>
        </w:r>
      </w:hyperlink>
    </w:p>
    <w:p>
      <w:pPr>
        <w:widowControl/>
        <w:spacing w:after="120"/>
      </w:pPr>
      <w:r>
        <w:rPr>
          <w:color w:val="555555"/>
          <w:sz w:val="16"/>
        </w:rPr>
        <w:t>App Store · id6754980270</w:t>
      </w:r>
    </w:p>
    <w:p>
      <w:pPr>
        <w:keepNext/>
        <w:spacing w:after="20"/>
      </w:pPr>
      <w:hyperlink r:id="rId26">
        <w:r>
          <w:rPr>
            <w:rFonts w:ascii="Arial" w:hAnsi="Arial"/>
            <w:color w:val="252525"/>
            <w:sz w:val="19"/>
          </w:rPr>
          <w:t>Dream Meaning - Dreams Decoder</w:t>
        </w:r>
      </w:hyperlink>
    </w:p>
    <w:p>
      <w:pPr>
        <w:widowControl/>
        <w:spacing w:after="120"/>
      </w:pPr>
      <w:r>
        <w:rPr>
          <w:color w:val="555555"/>
          <w:sz w:val="16"/>
        </w:rPr>
        <w:t>App Store · id6755043193</w:t>
      </w:r>
    </w:p>
    <w:p>
      <w:pPr>
        <w:keepNext/>
        <w:spacing w:after="20"/>
      </w:pPr>
      <w:hyperlink r:id="rId27">
        <w:r>
          <w:rPr>
            <w:rFonts w:ascii="Arial" w:hAnsi="Arial"/>
            <w:color w:val="252525"/>
            <w:sz w:val="19"/>
          </w:rPr>
          <w:t>Haircut Simulator - Hair Editor</w:t>
        </w:r>
      </w:hyperlink>
    </w:p>
    <w:p>
      <w:pPr>
        <w:widowControl/>
        <w:spacing w:after="120"/>
      </w:pPr>
      <w:r>
        <w:rPr>
          <w:color w:val="555555"/>
          <w:sz w:val="16"/>
        </w:rPr>
        <w:t>App Store · id6755240706</w:t>
      </w:r>
    </w:p>
    <w:p>
      <w:pPr>
        <w:keepNext/>
        <w:spacing w:after="20"/>
      </w:pPr>
      <w:hyperlink r:id="rId28">
        <w:r>
          <w:rPr>
            <w:rFonts w:ascii="Arial" w:hAnsi="Arial"/>
            <w:color w:val="252525"/>
            <w:sz w:val="19"/>
          </w:rPr>
          <w:t>AI Writer - Note Taker, Scribe</w:t>
        </w:r>
      </w:hyperlink>
    </w:p>
    <w:p>
      <w:pPr>
        <w:widowControl/>
        <w:spacing w:after="120"/>
      </w:pPr>
      <w:r>
        <w:rPr>
          <w:color w:val="555555"/>
          <w:sz w:val="16"/>
        </w:rPr>
        <w:t>App Store · id6755432267</w:t>
      </w:r>
    </w:p>
    <w:p>
      <w:r>
        <w:br w:type="column"/>
      </w:r>
    </w:p>
    <w:p>
      <w:pPr>
        <w:pStyle w:val="Heading1"/>
        <w:widowControl/>
      </w:pPr>
      <w:r>
        <w:t>Читалки и обучение</w:t>
      </w:r>
    </w:p>
    <w:p>
      <w:pPr>
        <w:keepNext/>
        <w:spacing w:after="20"/>
      </w:pPr>
      <w:hyperlink r:id="rId29">
        <w:r>
          <w:rPr>
            <w:rFonts w:ascii="Arial" w:hAnsi="Arial"/>
            <w:color w:val="252525"/>
            <w:sz w:val="19"/>
          </w:rPr>
          <w:t>Crochet Patterns · Knit Yarn</w:t>
        </w:r>
      </w:hyperlink>
    </w:p>
    <w:p>
      <w:pPr>
        <w:widowControl/>
        <w:spacing w:after="120"/>
      </w:pPr>
      <w:r>
        <w:rPr>
          <w:color w:val="555555"/>
          <w:sz w:val="16"/>
        </w:rPr>
        <w:t>App Store · id6772950321</w:t>
      </w:r>
    </w:p>
    <w:p>
      <w:pPr>
        <w:keepNext/>
        <w:spacing w:after="20"/>
      </w:pPr>
      <w:hyperlink r:id="rId30">
        <w:r>
          <w:rPr>
            <w:rFonts w:ascii="Arial" w:hAnsi="Arial"/>
            <w:color w:val="252525"/>
            <w:sz w:val="19"/>
          </w:rPr>
          <w:t>Book of Enoch - Audio Bible</w:t>
        </w:r>
      </w:hyperlink>
    </w:p>
    <w:p>
      <w:pPr>
        <w:widowControl/>
        <w:spacing w:after="120"/>
      </w:pPr>
      <w:r>
        <w:rPr>
          <w:color w:val="555555"/>
          <w:sz w:val="16"/>
        </w:rPr>
        <w:t>App Store · id6773656493</w:t>
      </w:r>
    </w:p>
    <w:p>
      <w:pPr>
        <w:keepNext/>
        <w:spacing w:after="20"/>
      </w:pPr>
      <w:hyperlink r:id="rId31">
        <w:r>
          <w:rPr>
            <w:rFonts w:ascii="Arial" w:hAnsi="Arial"/>
            <w:color w:val="252525"/>
            <w:sz w:val="19"/>
          </w:rPr>
          <w:t>Stoic World Daily Wisdom</w:t>
        </w:r>
      </w:hyperlink>
    </w:p>
    <w:p>
      <w:pPr>
        <w:widowControl/>
        <w:spacing w:after="120"/>
      </w:pPr>
      <w:r>
        <w:rPr>
          <w:color w:val="555555"/>
          <w:sz w:val="16"/>
        </w:rPr>
        <w:t>App Store · id6761763712</w:t>
      </w:r>
    </w:p>
    <w:p>
      <w:pPr>
        <w:keepNext/>
        <w:spacing w:after="20"/>
      </w:pPr>
      <w:hyperlink r:id="rId32">
        <w:r>
          <w:rPr>
            <w:rFonts w:ascii="Arial" w:hAnsi="Arial"/>
            <w:color w:val="252525"/>
            <w:sz w:val="19"/>
          </w:rPr>
          <w:t>Hebrew Bible Tanakh Study</w:t>
        </w:r>
      </w:hyperlink>
    </w:p>
    <w:p>
      <w:pPr>
        <w:widowControl/>
        <w:spacing w:after="120"/>
      </w:pPr>
      <w:r>
        <w:rPr>
          <w:color w:val="555555"/>
          <w:sz w:val="16"/>
        </w:rPr>
        <w:t>App Store · id6761824996</w:t>
      </w:r>
    </w:p>
    <w:p>
      <w:pPr>
        <w:keepNext/>
        <w:spacing w:after="20"/>
      </w:pPr>
      <w:hyperlink r:id="rId33">
        <w:r>
          <w:rPr>
            <w:rFonts w:ascii="Arial" w:hAnsi="Arial"/>
            <w:color w:val="252525"/>
            <w:sz w:val="19"/>
          </w:rPr>
          <w:t>Eastern Orthodox Bible · Prayer</w:t>
        </w:r>
      </w:hyperlink>
    </w:p>
    <w:p>
      <w:pPr>
        <w:widowControl/>
        <w:spacing w:after="120"/>
      </w:pPr>
      <w:r>
        <w:rPr>
          <w:color w:val="555555"/>
          <w:sz w:val="16"/>
        </w:rPr>
        <w:t>App Store · id6760005952</w:t>
      </w:r>
    </w:p>
    <w:p>
      <w:pPr>
        <w:keepNext/>
        <w:spacing w:after="20"/>
      </w:pPr>
      <w:hyperlink r:id="rId34">
        <w:r>
          <w:rPr>
            <w:rFonts w:ascii="Arial" w:hAnsi="Arial"/>
            <w:color w:val="252525"/>
            <w:sz w:val="19"/>
          </w:rPr>
          <w:t>Catholic Bible • Study &amp; Pray</w:t>
        </w:r>
      </w:hyperlink>
    </w:p>
    <w:p>
      <w:pPr>
        <w:widowControl/>
        <w:spacing w:after="120"/>
      </w:pPr>
      <w:r>
        <w:rPr>
          <w:color w:val="555555"/>
          <w:sz w:val="16"/>
        </w:rPr>
        <w:t>App Store · id6760021203</w:t>
      </w:r>
    </w:p>
    <w:p>
      <w:pPr>
        <w:keepNext/>
        <w:spacing w:after="20"/>
      </w:pPr>
      <w:hyperlink r:id="rId35">
        <w:r>
          <w:rPr>
            <w:rFonts w:ascii="Arial" w:hAnsi="Arial"/>
            <w:color w:val="252525"/>
            <w:sz w:val="19"/>
          </w:rPr>
          <w:t>JW Library - My Holy Bible App</w:t>
        </w:r>
      </w:hyperlink>
    </w:p>
    <w:p>
      <w:pPr>
        <w:widowControl/>
        <w:spacing w:after="120"/>
      </w:pPr>
      <w:r>
        <w:rPr>
          <w:color w:val="555555"/>
          <w:sz w:val="16"/>
        </w:rPr>
        <w:t>App Store · id6760021268</w:t>
      </w:r>
    </w:p>
    <w:p>
      <w:pPr>
        <w:keepNext/>
        <w:spacing w:after="20"/>
      </w:pPr>
      <w:hyperlink r:id="rId36">
        <w:r>
          <w:rPr>
            <w:rFonts w:ascii="Arial" w:hAnsi="Arial"/>
            <w:color w:val="252525"/>
            <w:sz w:val="19"/>
          </w:rPr>
          <w:t>Adventist Bible · Study Plan Pro</w:t>
        </w:r>
      </w:hyperlink>
    </w:p>
    <w:p>
      <w:pPr>
        <w:widowControl/>
        <w:spacing w:after="120"/>
      </w:pPr>
      <w:r>
        <w:rPr>
          <w:color w:val="555555"/>
          <w:sz w:val="16"/>
        </w:rPr>
        <w:t>App Store · id6760007546</w:t>
      </w:r>
    </w:p>
    <w:p>
      <w:pPr>
        <w:keepNext/>
        <w:spacing w:after="20"/>
      </w:pPr>
      <w:hyperlink r:id="rId37">
        <w:r>
          <w:rPr>
            <w:rFonts w:ascii="Arial" w:hAnsi="Arial"/>
            <w:color w:val="252525"/>
            <w:sz w:val="19"/>
          </w:rPr>
          <w:t>Book of Mormon - The Scriptures</w:t>
        </w:r>
      </w:hyperlink>
    </w:p>
    <w:p>
      <w:pPr>
        <w:widowControl/>
        <w:spacing w:after="120"/>
      </w:pPr>
      <w:r>
        <w:rPr>
          <w:color w:val="555555"/>
          <w:sz w:val="16"/>
        </w:rPr>
        <w:t>App Store · id6760901393</w:t>
      </w:r>
    </w:p>
    <w:p>
      <w:pPr>
        <w:pStyle w:val="Heading1"/>
        <w:widowControl/>
      </w:pPr>
      <w:r>
        <w:t>Утилиты, творчество и игры</w:t>
      </w:r>
    </w:p>
    <w:p>
      <w:pPr>
        <w:keepNext/>
        <w:spacing w:after="20"/>
      </w:pPr>
      <w:hyperlink r:id="rId38">
        <w:r>
          <w:rPr>
            <w:rFonts w:ascii="Arial" w:hAnsi="Arial"/>
            <w:color w:val="252525"/>
            <w:sz w:val="19"/>
          </w:rPr>
          <w:t>Heads Up · Charades for Adults</w:t>
        </w:r>
      </w:hyperlink>
    </w:p>
    <w:p>
      <w:pPr>
        <w:widowControl/>
        <w:spacing w:after="120"/>
      </w:pPr>
      <w:r>
        <w:rPr>
          <w:color w:val="555555"/>
          <w:sz w:val="16"/>
        </w:rPr>
        <w:t>App Store · id6790790770</w:t>
      </w:r>
    </w:p>
    <w:p>
      <w:pPr>
        <w:keepNext/>
        <w:spacing w:after="20"/>
      </w:pPr>
      <w:hyperlink r:id="rId39">
        <w:r>
          <w:rPr>
            <w:rFonts w:ascii="Arial" w:hAnsi="Arial"/>
            <w:color w:val="252525"/>
            <w:sz w:val="19"/>
          </w:rPr>
          <w:t>Carousel Collage · Post Maker</w:t>
        </w:r>
      </w:hyperlink>
    </w:p>
    <w:p>
      <w:pPr>
        <w:widowControl/>
        <w:spacing w:after="120"/>
      </w:pPr>
      <w:r>
        <w:rPr>
          <w:color w:val="555555"/>
          <w:sz w:val="16"/>
        </w:rPr>
        <w:t>App Store · id6773639527</w:t>
      </w:r>
    </w:p>
    <w:p>
      <w:pPr>
        <w:keepNext/>
        <w:spacing w:after="20"/>
      </w:pPr>
      <w:hyperlink r:id="rId40">
        <w:r>
          <w:rPr>
            <w:rFonts w:ascii="Arial" w:hAnsi="Arial"/>
            <w:color w:val="252525"/>
            <w:sz w:val="19"/>
          </w:rPr>
          <w:t>Spy - Find the Imposter Game</w:t>
        </w:r>
      </w:hyperlink>
    </w:p>
    <w:p>
      <w:pPr>
        <w:widowControl/>
        <w:spacing w:after="120"/>
      </w:pPr>
      <w:r>
        <w:rPr>
          <w:color w:val="555555"/>
          <w:sz w:val="16"/>
        </w:rPr>
        <w:t>App Store · id6773000558</w:t>
      </w:r>
    </w:p>
    <w:p>
      <w:pPr>
        <w:keepNext/>
        <w:spacing w:after="20"/>
      </w:pPr>
      <w:hyperlink r:id="rId41">
        <w:r>
          <w:rPr>
            <w:rFonts w:ascii="Arial" w:hAnsi="Arial"/>
            <w:color w:val="252525"/>
            <w:sz w:val="19"/>
          </w:rPr>
          <w:t>Grocery List • Simple Shopping</w:t>
        </w:r>
      </w:hyperlink>
    </w:p>
    <w:p>
      <w:pPr>
        <w:widowControl/>
        <w:spacing w:after="120"/>
      </w:pPr>
      <w:r>
        <w:rPr>
          <w:color w:val="555555"/>
          <w:sz w:val="16"/>
        </w:rPr>
        <w:t>App Store · id6755107207</w:t>
      </w:r>
    </w:p>
    <w:p>
      <w:pPr>
        <w:keepNext/>
        <w:spacing w:after="20"/>
      </w:pPr>
      <w:hyperlink r:id="rId42">
        <w:r>
          <w:rPr>
            <w:rFonts w:ascii="Arial" w:hAnsi="Arial"/>
            <w:color w:val="252525"/>
            <w:sz w:val="19"/>
          </w:rPr>
          <w:t>Decibel Meter · Sound Level dB</w:t>
        </w:r>
      </w:hyperlink>
    </w:p>
    <w:p>
      <w:pPr>
        <w:widowControl/>
        <w:spacing w:after="120"/>
      </w:pPr>
      <w:r>
        <w:rPr>
          <w:color w:val="555555"/>
          <w:sz w:val="16"/>
        </w:rPr>
        <w:t>App Store · id6755043064</w:t>
      </w:r>
    </w:p>
    <w:sectPr w:rsidR="00FC693F" w:rsidRPr="0006063C" w:rsidSect="00034616">
      <w:type w:val="continuous"/>
      <w:pgSz w:w="11906" w:h="16838"/>
      <w:pgMar w:top="794" w:right="907" w:bottom="794" w:left="907" w:header="720" w:footer="720" w:gutter="0"/>
      <w:cols w:space="420" w:num="2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80" w:line="259" w:lineRule="auto"/>
    </w:pPr>
    <w:rPr>
      <w:rFonts w:ascii="Arial" w:hAnsi="Arial"/>
      <w:color w:val="000000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180" w:after="100"/>
      <w:outlineLvl w:val="0"/>
    </w:pPr>
    <w:rPr>
      <w:rFonts w:asciiTheme="majorHAnsi" w:eastAsiaTheme="majorEastAsia" w:hAnsiTheme="majorHAnsi" w:cstheme="majorBidi" w:ascii="Arial" w:hAnsi="Arial"/>
      <w:b/>
      <w:bCs/>
      <w:color w:val="000000"/>
      <w:sz w:val="23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00" w:after="40"/>
      <w:outlineLvl w:val="1"/>
    </w:pPr>
    <w:rPr>
      <w:rFonts w:asciiTheme="majorHAnsi" w:eastAsiaTheme="majorEastAsia" w:hAnsiTheme="majorHAnsi" w:cstheme="majorBidi" w:ascii="Arial" w:hAnsi="Arial"/>
      <w:b/>
      <w:bCs/>
      <w:color w:val="000000"/>
      <w:sz w:val="20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80" w:line="240" w:lineRule="auto"/>
      <w:contextualSpacing/>
    </w:pPr>
    <w:rPr>
      <w:rFonts w:asciiTheme="majorHAnsi" w:eastAsiaTheme="majorEastAsia" w:hAnsiTheme="majorHAnsi" w:cstheme="majorBidi" w:ascii="Arial" w:hAnsi="Arial"/>
      <w:b/>
      <w:color w:val="000000"/>
      <w:spacing w:val="5"/>
      <w:kern w:val="28"/>
      <w:sz w:val="48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  <w:spacing w:after="80"/>
    </w:pPr>
    <w:rPr>
      <w:rFonts w:asciiTheme="majorHAnsi" w:eastAsiaTheme="majorEastAsia" w:hAnsiTheme="majorHAnsi" w:cstheme="majorBidi" w:ascii="Arial" w:hAnsi="Arial"/>
      <w:i/>
      <w:iCs/>
      <w:color w:val="000000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mailto:morozow1111@gmail.com" TargetMode="External"/><Relationship Id="rId10" Type="http://schemas.openxmlformats.org/officeDocument/2006/relationships/hyperlink" Target="https://apps.apple.com/us/app/noaa-weather-radar-alerts-live/id6789583441" TargetMode="External"/><Relationship Id="rId11" Type="http://schemas.openxmlformats.org/officeDocument/2006/relationships/hyperlink" Target="https://apps.apple.com/us/app/my-altitude-altimeter-gps-app/id6790421091" TargetMode="External"/><Relationship Id="rId12" Type="http://schemas.openxmlformats.org/officeDocument/2006/relationships/hyperlink" Target="https://apps.apple.com/us/app/speedometer-gps-tracker/id6790817841" TargetMode="External"/><Relationship Id="rId13" Type="http://schemas.openxmlformats.org/officeDocument/2006/relationships/hyperlink" Target="https://apps.apple.com/us/app/aurora-tracker-northern-lights/id6773669658" TargetMode="External"/><Relationship Id="rId14" Type="http://schemas.openxmlformats.org/officeDocument/2006/relationships/hyperlink" Target="https://apps.apple.com/us/app/gas-find-pay-for-gas-cheap/id6759975301" TargetMode="External"/><Relationship Id="rId15" Type="http://schemas.openxmlformats.org/officeDocument/2006/relationships/hyperlink" Target="https://apps.apple.com/us/app/ev-find-a-fast-ev-charger/id6759973978" TargetMode="External"/><Relationship Id="rId16" Type="http://schemas.openxmlformats.org/officeDocument/2006/relationships/hyperlink" Target="https://apps.apple.com/app/earthquake-tracker-alert-app/id6751541539" TargetMode="External"/><Relationship Id="rId17" Type="http://schemas.openxmlformats.org/officeDocument/2006/relationships/hyperlink" Target="https://apps.apple.com/us/app/cellular-tower-finder-signal/id6751584594" TargetMode="External"/><Relationship Id="rId18" Type="http://schemas.openxmlformats.org/officeDocument/2006/relationships/hyperlink" Target="https://apps.apple.com/app/%D1%81rime-map-citizen-app-watch/id6751641710" TargetMode="External"/><Relationship Id="rId19" Type="http://schemas.openxmlformats.org/officeDocument/2006/relationships/hyperlink" Target="https://apps.apple.com/us/app/wildfire-app-maps-fire-tracker/id6751657875" TargetMode="External"/><Relationship Id="rId20" Type="http://schemas.openxmlformats.org/officeDocument/2006/relationships/hyperlink" Target="https://apps.apple.com/app/fishing-spots-fish-finder-app/id6751749310" TargetMode="External"/><Relationship Id="rId21" Type="http://schemas.openxmlformats.org/officeDocument/2006/relationships/hyperlink" Target="https://apps.apple.com/us/app/golf-gps-maps-tracker-stats/id6751752446" TargetMode="External"/><Relationship Id="rId22" Type="http://schemas.openxmlformats.org/officeDocument/2006/relationships/hyperlink" Target="https://apps.apple.com/app/flight-tracker-pro-live-plane/id6752291335" TargetMode="External"/><Relationship Id="rId23" Type="http://schemas.openxmlformats.org/officeDocument/2006/relationships/hyperlink" Target="https://apps.apple.com/us/app/dog-scanner-breed-identifier/id6774074244" TargetMode="External"/><Relationship Id="rId24" Type="http://schemas.openxmlformats.org/officeDocument/2006/relationships/hyperlink" Target="https://apps.apple.com/us/app/math-solver-homework-problem/id6755043344" TargetMode="External"/><Relationship Id="rId25" Type="http://schemas.openxmlformats.org/officeDocument/2006/relationships/hyperlink" Target="https://apps.apple.com/us/app/fish-verify-identifier-finder/id6754980270" TargetMode="External"/><Relationship Id="rId26" Type="http://schemas.openxmlformats.org/officeDocument/2006/relationships/hyperlink" Target="https://apps.apple.com/us/app/dream-meaning-dreams-decoder/id6755043193" TargetMode="External"/><Relationship Id="rId27" Type="http://schemas.openxmlformats.org/officeDocument/2006/relationships/hyperlink" Target="https://apps.apple.com/us/app/haircut-simulator-hair-editor/id6755240706" TargetMode="External"/><Relationship Id="rId28" Type="http://schemas.openxmlformats.org/officeDocument/2006/relationships/hyperlink" Target="https://apps.apple.com/us/app/ai-writer-note-taker-scribe/id6755432267" TargetMode="External"/><Relationship Id="rId29" Type="http://schemas.openxmlformats.org/officeDocument/2006/relationships/hyperlink" Target="https://apps.apple.com/us/app/crochet-patterns-knit-yarn/id6772950321" TargetMode="External"/><Relationship Id="rId30" Type="http://schemas.openxmlformats.org/officeDocument/2006/relationships/hyperlink" Target="https://apps.apple.com/us/app/book-of-enoch-audio-bible/id6773656493" TargetMode="External"/><Relationship Id="rId31" Type="http://schemas.openxmlformats.org/officeDocument/2006/relationships/hyperlink" Target="https://apps.apple.com/us/app/stoic-world-daily-wisdom/id6761763712" TargetMode="External"/><Relationship Id="rId32" Type="http://schemas.openxmlformats.org/officeDocument/2006/relationships/hyperlink" Target="https://apps.apple.com/app/id6761824996" TargetMode="External"/><Relationship Id="rId33" Type="http://schemas.openxmlformats.org/officeDocument/2006/relationships/hyperlink" Target="https://apps.apple.com/app/eastern-orthodox-bible-prayer/id6760005952" TargetMode="External"/><Relationship Id="rId34" Type="http://schemas.openxmlformats.org/officeDocument/2006/relationships/hyperlink" Target="https://apps.apple.com/us/app/catholic-bible-study-pray/id6760021203" TargetMode="External"/><Relationship Id="rId35" Type="http://schemas.openxmlformats.org/officeDocument/2006/relationships/hyperlink" Target="https://apps.apple.com/us/app/jw-library-my-holy-bible-app/id6760021268" TargetMode="External"/><Relationship Id="rId36" Type="http://schemas.openxmlformats.org/officeDocument/2006/relationships/hyperlink" Target="https://apps.apple.com/us/app/adventist-bible-study-plan-pro/id6760007546" TargetMode="External"/><Relationship Id="rId37" Type="http://schemas.openxmlformats.org/officeDocument/2006/relationships/hyperlink" Target="https://apps.apple.com/us/app/book-of-mormon-the-scriptures/id6760901393" TargetMode="External"/><Relationship Id="rId38" Type="http://schemas.openxmlformats.org/officeDocument/2006/relationships/hyperlink" Target="https://apps.apple.com/us/app/heads-up-charades-for-adults/id6790790770" TargetMode="External"/><Relationship Id="rId39" Type="http://schemas.openxmlformats.org/officeDocument/2006/relationships/hyperlink" Target="https://apps.apple.com/us/app/carousel-collage-post-maker/id6773639527" TargetMode="External"/><Relationship Id="rId40" Type="http://schemas.openxmlformats.org/officeDocument/2006/relationships/hyperlink" Target="https://apps.apple.com/us/app/spy-find-the-imposter-game/id6773000558" TargetMode="External"/><Relationship Id="rId41" Type="http://schemas.openxmlformats.org/officeDocument/2006/relationships/hyperlink" Target="https://apps.apple.com/us/app/grocery-list-simple-shopping/id6755107207" TargetMode="External"/><Relationship Id="rId42" Type="http://schemas.openxmlformats.org/officeDocument/2006/relationships/hyperlink" Target="https://apps.apple.com/us/app/decibel-meter-sound-level-db/id675504306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Всеволод Морозов CV</dc:title>
  <dc:subject>Разработка мобильных приложений</dc:subject>
  <dc:creator>Всеволод Морозов</dc:creator>
  <cp:keywords>React Native, AI-assisted development, App Store</cp:keywords>
  <dc:description/>
  <cp:lastModifiedBy/>
  <cp:revision>1</cp:revision>
  <dcterms:created xsi:type="dcterms:W3CDTF">2013-12-23T23:15:00Z</dcterms:created>
  <dcterms:modified xsi:type="dcterms:W3CDTF">2013-12-23T23:15:00Z</dcterms:modified>
  <cp:category/>
</cp:coreProperties>
</file>